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4E2" w:rsidRDefault="006304E2" w:rsidP="006304E2">
      <w:pPr>
        <w:pStyle w:val="Titolo"/>
        <w:jc w:val="center"/>
        <w:rPr>
          <w:sz w:val="44"/>
          <w:szCs w:val="44"/>
        </w:rPr>
      </w:pPr>
    </w:p>
    <w:p w:rsidR="0026368D" w:rsidRDefault="00367D5F" w:rsidP="00CF0624">
      <w:pPr>
        <w:pStyle w:val="Titolo"/>
        <w:spacing w:after="100"/>
        <w:jc w:val="center"/>
      </w:pPr>
      <w:r w:rsidRPr="006304E2">
        <w:rPr>
          <w:sz w:val="44"/>
          <w:szCs w:val="44"/>
        </w:rPr>
        <w:t>FONDAZIONE ANFFAS AVEZZANO "GIOVANNINO DI PANGRAZIO</w:t>
      </w:r>
      <w:r>
        <w:t>"</w:t>
      </w:r>
    </w:p>
    <w:p w:rsidR="00CF0624" w:rsidRDefault="00CF0624" w:rsidP="006304E2">
      <w:pPr>
        <w:spacing w:after="0"/>
        <w:ind w:left="3600"/>
      </w:pPr>
    </w:p>
    <w:p w:rsidR="006304E2" w:rsidRDefault="006304E2" w:rsidP="006304E2">
      <w:pPr>
        <w:spacing w:after="0"/>
        <w:ind w:left="3600"/>
      </w:pPr>
      <w:proofErr w:type="spellStart"/>
      <w:r>
        <w:t>Alla</w:t>
      </w:r>
      <w:proofErr w:type="spellEnd"/>
      <w:r>
        <w:t xml:space="preserve"> c.a. </w:t>
      </w:r>
      <w:proofErr w:type="spellStart"/>
      <w:r>
        <w:t>della</w:t>
      </w:r>
      <w:proofErr w:type="spellEnd"/>
      <w:r>
        <w:t xml:space="preserve"> president </w:t>
      </w:r>
      <w:proofErr w:type="spellStart"/>
      <w:r>
        <w:t>Domenica</w:t>
      </w:r>
      <w:proofErr w:type="spellEnd"/>
      <w:r>
        <w:t xml:space="preserve"> Di Salvatore</w:t>
      </w:r>
    </w:p>
    <w:p w:rsidR="0026368D" w:rsidRDefault="00367D5F" w:rsidP="006304E2">
      <w:pPr>
        <w:spacing w:after="0"/>
        <w:ind w:left="3600"/>
      </w:pPr>
      <w:r>
        <w:t xml:space="preserve">Via </w:t>
      </w:r>
      <w:proofErr w:type="spellStart"/>
      <w:r>
        <w:t>Ugo</w:t>
      </w:r>
      <w:proofErr w:type="spellEnd"/>
      <w:r>
        <w:t xml:space="preserve"> La </w:t>
      </w:r>
      <w:proofErr w:type="spellStart"/>
      <w:r>
        <w:t>Malfa</w:t>
      </w:r>
      <w:proofErr w:type="spellEnd"/>
      <w:r>
        <w:t>, 39 - 67051 Avezzano (AQ)</w:t>
      </w:r>
    </w:p>
    <w:p w:rsidR="0026368D" w:rsidRDefault="00367D5F" w:rsidP="006304E2">
      <w:pPr>
        <w:spacing w:after="0"/>
        <w:ind w:left="3600"/>
      </w:pPr>
      <w:r>
        <w:t xml:space="preserve">Email: </w:t>
      </w:r>
      <w:hyperlink r:id="rId8" w:history="1">
        <w:r w:rsidR="006304E2" w:rsidRPr="00044A5D">
          <w:rPr>
            <w:rStyle w:val="Collegamentoipertestuale"/>
          </w:rPr>
          <w:t>anffasaz@virgilio.it</w:t>
        </w:r>
      </w:hyperlink>
    </w:p>
    <w:p w:rsidR="006304E2" w:rsidRDefault="006304E2" w:rsidP="006304E2">
      <w:pPr>
        <w:spacing w:after="0"/>
        <w:ind w:left="3600"/>
      </w:pPr>
      <w:proofErr w:type="spellStart"/>
      <w:r>
        <w:t>Recapito</w:t>
      </w:r>
      <w:proofErr w:type="spellEnd"/>
      <w:r>
        <w:t xml:space="preserve"> </w:t>
      </w:r>
      <w:proofErr w:type="spellStart"/>
      <w:r>
        <w:t>telefonico</w:t>
      </w:r>
      <w:proofErr w:type="spellEnd"/>
      <w:r>
        <w:t>: 08631862963</w:t>
      </w:r>
    </w:p>
    <w:p w:rsidR="003372DD" w:rsidRDefault="003372DD" w:rsidP="00CF0624">
      <w:pPr>
        <w:pStyle w:val="NormaleWeb"/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n-US" w:eastAsia="en-US"/>
        </w:rPr>
      </w:pPr>
      <w:r w:rsidRPr="003372D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n-US" w:eastAsia="en-US"/>
        </w:rPr>
        <w:t>DICHIARAZIONE DI ISCRIZIONE E AUTORIZZAZIONE</w:t>
      </w:r>
    </w:p>
    <w:p w:rsidR="003372DD" w:rsidRPr="002B334B" w:rsidRDefault="003372DD" w:rsidP="002B382D">
      <w:pPr>
        <w:pStyle w:val="NormaleWeb"/>
        <w:spacing w:line="360" w:lineRule="auto"/>
        <w:jc w:val="both"/>
        <w:rPr>
          <w:rFonts w:asciiTheme="minorHAnsi" w:hAnsiTheme="minorHAnsi"/>
        </w:rPr>
      </w:pPr>
      <w:r w:rsidRPr="002B334B">
        <w:rPr>
          <w:rFonts w:asciiTheme="minorHAnsi" w:hAnsiTheme="minorHAnsi"/>
        </w:rPr>
        <w:t>Il/La sottoscritto/a ____________________________________________ nato/a a ______________________ il ___ / ___ / _____, residente in ________________________________, in qualità di genitore / tutore del minore</w:t>
      </w:r>
    </w:p>
    <w:p w:rsidR="003372DD" w:rsidRPr="002B334B" w:rsidRDefault="003372DD" w:rsidP="003372DD">
      <w:pPr>
        <w:pStyle w:val="NormaleWeb"/>
        <w:rPr>
          <w:rFonts w:asciiTheme="minorHAnsi" w:hAnsiTheme="minorHAnsi"/>
        </w:rPr>
      </w:pPr>
      <w:r w:rsidRPr="002B334B">
        <w:rPr>
          <w:rStyle w:val="Enfasigrassetto"/>
          <w:rFonts w:asciiTheme="minorHAnsi" w:hAnsiTheme="minorHAnsi"/>
        </w:rPr>
        <w:t>Nome e Cognome del minore: _______________________________________</w:t>
      </w:r>
    </w:p>
    <w:p w:rsidR="003372DD" w:rsidRPr="002B334B" w:rsidRDefault="003372DD" w:rsidP="003372DD">
      <w:pPr>
        <w:pStyle w:val="NormaleWeb"/>
        <w:jc w:val="center"/>
        <w:rPr>
          <w:rFonts w:asciiTheme="minorHAnsi" w:hAnsiTheme="minorHAnsi"/>
        </w:rPr>
      </w:pPr>
      <w:r w:rsidRPr="002B334B">
        <w:rPr>
          <w:rFonts w:asciiTheme="minorHAnsi" w:hAnsiTheme="minorHAnsi"/>
        </w:rPr>
        <w:t xml:space="preserve">CHIEDE L’ISCRIZIONE E AUTORIZZA LA PARTECIPAZIONE DEL MINORE AL </w:t>
      </w:r>
      <w:r w:rsidRPr="002B334B">
        <w:rPr>
          <w:rStyle w:val="Enfasigrassetto"/>
          <w:rFonts w:asciiTheme="minorHAnsi" w:hAnsiTheme="minorHAnsi"/>
        </w:rPr>
        <w:t>GIARDINO INCLUSIVO ANFFAS AVEZZANO</w:t>
      </w:r>
    </w:p>
    <w:p w:rsidR="0026368D" w:rsidRDefault="00367D5F">
      <w:pPr>
        <w:pStyle w:val="Titolo2"/>
      </w:pPr>
      <w:r>
        <w:t>DATI DELL'UTENTE:</w:t>
      </w:r>
    </w:p>
    <w:p w:rsidR="0026368D" w:rsidRPr="00CF0624" w:rsidRDefault="00367D5F" w:rsidP="00CF0624">
      <w:pPr>
        <w:jc w:val="both"/>
        <w:rPr>
          <w:sz w:val="24"/>
          <w:szCs w:val="24"/>
        </w:rPr>
      </w:pPr>
      <w:proofErr w:type="spellStart"/>
      <w:r w:rsidRPr="00CF0624">
        <w:rPr>
          <w:sz w:val="24"/>
          <w:szCs w:val="24"/>
        </w:rPr>
        <w:t>Età</w:t>
      </w:r>
      <w:proofErr w:type="spellEnd"/>
      <w:r w:rsidRPr="00CF0624">
        <w:rPr>
          <w:sz w:val="24"/>
          <w:szCs w:val="24"/>
        </w:rPr>
        <w:t>: _________</w:t>
      </w:r>
    </w:p>
    <w:p w:rsidR="0026368D" w:rsidRPr="00CF0624" w:rsidRDefault="00367D5F" w:rsidP="00CF0624">
      <w:pPr>
        <w:jc w:val="both"/>
        <w:rPr>
          <w:sz w:val="24"/>
          <w:szCs w:val="24"/>
        </w:rPr>
      </w:pPr>
      <w:proofErr w:type="spellStart"/>
      <w:r w:rsidRPr="00CF0624">
        <w:rPr>
          <w:sz w:val="24"/>
          <w:szCs w:val="24"/>
        </w:rPr>
        <w:t>Condizione</w:t>
      </w:r>
      <w:proofErr w:type="spellEnd"/>
      <w:r w:rsidR="002B382D" w:rsidRPr="00CF0624">
        <w:rPr>
          <w:sz w:val="24"/>
          <w:szCs w:val="24"/>
        </w:rPr>
        <w:t xml:space="preserve"> (</w:t>
      </w:r>
      <w:proofErr w:type="spellStart"/>
      <w:r w:rsidR="002B382D" w:rsidRPr="00CF0624">
        <w:rPr>
          <w:sz w:val="24"/>
          <w:szCs w:val="24"/>
        </w:rPr>
        <w:t>barrare</w:t>
      </w:r>
      <w:proofErr w:type="spellEnd"/>
      <w:r w:rsidR="002B382D" w:rsidRPr="00CF0624">
        <w:rPr>
          <w:sz w:val="24"/>
          <w:szCs w:val="24"/>
        </w:rPr>
        <w:t xml:space="preserve"> con </w:t>
      </w:r>
      <w:proofErr w:type="spellStart"/>
      <w:r w:rsidR="002B382D" w:rsidRPr="00CF0624">
        <w:rPr>
          <w:sz w:val="24"/>
          <w:szCs w:val="24"/>
        </w:rPr>
        <w:t>una</w:t>
      </w:r>
      <w:proofErr w:type="spellEnd"/>
      <w:r w:rsidR="002B382D" w:rsidRPr="00CF0624">
        <w:rPr>
          <w:sz w:val="24"/>
          <w:szCs w:val="24"/>
        </w:rPr>
        <w:t xml:space="preserve"> X)</w:t>
      </w:r>
      <w:r w:rsidRPr="00CF0624">
        <w:rPr>
          <w:sz w:val="24"/>
          <w:szCs w:val="24"/>
        </w:rPr>
        <w:t>:</w:t>
      </w:r>
    </w:p>
    <w:p w:rsidR="0026368D" w:rsidRPr="00CF0624" w:rsidRDefault="00367D5F" w:rsidP="00CF0624">
      <w:pPr>
        <w:jc w:val="both"/>
        <w:rPr>
          <w:sz w:val="24"/>
          <w:szCs w:val="24"/>
        </w:rPr>
      </w:pPr>
      <w:r w:rsidRPr="00CF0624">
        <w:rPr>
          <w:sz w:val="24"/>
          <w:szCs w:val="24"/>
        </w:rPr>
        <w:t>[ ] Con disabilità*</w:t>
      </w:r>
    </w:p>
    <w:p w:rsidR="0026368D" w:rsidRPr="00CF0624" w:rsidRDefault="00367D5F" w:rsidP="00CF0624">
      <w:pPr>
        <w:jc w:val="both"/>
        <w:rPr>
          <w:sz w:val="24"/>
          <w:szCs w:val="24"/>
        </w:rPr>
      </w:pPr>
      <w:r w:rsidRPr="00CF0624">
        <w:rPr>
          <w:sz w:val="24"/>
          <w:szCs w:val="24"/>
        </w:rPr>
        <w:t>[ ] Senza disabilità</w:t>
      </w:r>
    </w:p>
    <w:p w:rsidR="0026368D" w:rsidRPr="00CF0624" w:rsidRDefault="00367D5F" w:rsidP="00CF0624">
      <w:pPr>
        <w:jc w:val="both"/>
        <w:rPr>
          <w:sz w:val="24"/>
          <w:szCs w:val="24"/>
        </w:rPr>
      </w:pPr>
      <w:r w:rsidRPr="00CF0624">
        <w:rPr>
          <w:sz w:val="24"/>
          <w:szCs w:val="24"/>
        </w:rPr>
        <w:t>(*La tipologia di disabilità e i relativi fabbisogni verranno approfonditi in sede di colloquio preliminare con la famiglia e il personale ANFFAS.)</w:t>
      </w:r>
    </w:p>
    <w:p w:rsidR="002B382D" w:rsidRDefault="002B382D">
      <w:pPr>
        <w:pStyle w:val="Titolo2"/>
      </w:pPr>
    </w:p>
    <w:p w:rsidR="006304E2" w:rsidRDefault="006304E2">
      <w:pPr>
        <w:pStyle w:val="Titolo2"/>
      </w:pPr>
      <w:r>
        <w:t>GIORNI DI FREQUENZA</w:t>
      </w:r>
    </w:p>
    <w:p w:rsidR="006304E2" w:rsidRPr="006304E2" w:rsidRDefault="006304E2" w:rsidP="006304E2">
      <w:r>
        <w:t>_____________________________________</w:t>
      </w:r>
    </w:p>
    <w:p w:rsidR="002B382D" w:rsidRDefault="002B382D">
      <w:pPr>
        <w:pStyle w:val="Titolo2"/>
      </w:pPr>
    </w:p>
    <w:p w:rsidR="0026368D" w:rsidRDefault="00367D5F">
      <w:pPr>
        <w:pStyle w:val="Titolo2"/>
      </w:pPr>
      <w:r>
        <w:t>ORARI DI FREQUENZA:</w:t>
      </w:r>
    </w:p>
    <w:p w:rsidR="0026368D" w:rsidRPr="00CF0624" w:rsidRDefault="00367D5F">
      <w:pPr>
        <w:rPr>
          <w:sz w:val="24"/>
          <w:szCs w:val="24"/>
        </w:rPr>
      </w:pPr>
      <w:r w:rsidRPr="00CF0624">
        <w:rPr>
          <w:sz w:val="24"/>
          <w:szCs w:val="24"/>
        </w:rPr>
        <w:t>Orario di arrivo: __________</w:t>
      </w:r>
    </w:p>
    <w:p w:rsidR="0026368D" w:rsidRPr="00CF0624" w:rsidRDefault="00367D5F">
      <w:pPr>
        <w:rPr>
          <w:sz w:val="24"/>
          <w:szCs w:val="24"/>
        </w:rPr>
      </w:pPr>
      <w:r w:rsidRPr="00CF0624">
        <w:rPr>
          <w:sz w:val="24"/>
          <w:szCs w:val="24"/>
        </w:rPr>
        <w:t>Orario di uscita: __________</w:t>
      </w:r>
    </w:p>
    <w:p w:rsidR="002B382D" w:rsidRDefault="002B382D">
      <w:pPr>
        <w:pStyle w:val="Titolo2"/>
      </w:pPr>
    </w:p>
    <w:p w:rsidR="0026368D" w:rsidRDefault="00367D5F">
      <w:pPr>
        <w:pStyle w:val="Titolo2"/>
      </w:pPr>
      <w:r>
        <w:t>PERSONA</w:t>
      </w:r>
      <w:r w:rsidR="006304E2">
        <w:t>/E</w:t>
      </w:r>
      <w:r>
        <w:t xml:space="preserve"> DELEGATA</w:t>
      </w:r>
      <w:r w:rsidR="006304E2">
        <w:t>/E</w:t>
      </w:r>
      <w:r>
        <w:t xml:space="preserve"> AL </w:t>
      </w:r>
      <w:r w:rsidR="006304E2">
        <w:t>PRELIEVO DELL’UTENTE</w:t>
      </w:r>
      <w:r>
        <w:t>:</w:t>
      </w:r>
    </w:p>
    <w:p w:rsidR="0026368D" w:rsidRPr="00CF0624" w:rsidRDefault="00367D5F">
      <w:pPr>
        <w:rPr>
          <w:sz w:val="24"/>
          <w:szCs w:val="24"/>
        </w:rPr>
      </w:pPr>
      <w:r w:rsidRPr="00CF0624">
        <w:rPr>
          <w:sz w:val="24"/>
          <w:szCs w:val="24"/>
        </w:rPr>
        <w:t xml:space="preserve">Nome e </w:t>
      </w:r>
      <w:proofErr w:type="spellStart"/>
      <w:r w:rsidRPr="00CF0624">
        <w:rPr>
          <w:sz w:val="24"/>
          <w:szCs w:val="24"/>
        </w:rPr>
        <w:t>Cognome</w:t>
      </w:r>
      <w:proofErr w:type="spellEnd"/>
      <w:r w:rsidRPr="00CF0624">
        <w:rPr>
          <w:sz w:val="24"/>
          <w:szCs w:val="24"/>
        </w:rPr>
        <w:t>: _______________________________________</w:t>
      </w:r>
    </w:p>
    <w:p w:rsidR="006304E2" w:rsidRPr="00CF0624" w:rsidRDefault="006304E2">
      <w:pPr>
        <w:rPr>
          <w:sz w:val="24"/>
          <w:szCs w:val="24"/>
        </w:rPr>
      </w:pPr>
      <w:r w:rsidRPr="00CF0624">
        <w:rPr>
          <w:sz w:val="24"/>
          <w:szCs w:val="24"/>
        </w:rPr>
        <w:t xml:space="preserve">Nome e </w:t>
      </w:r>
      <w:proofErr w:type="spellStart"/>
      <w:r w:rsidRPr="00CF0624">
        <w:rPr>
          <w:sz w:val="24"/>
          <w:szCs w:val="24"/>
        </w:rPr>
        <w:t>Cognome</w:t>
      </w:r>
      <w:proofErr w:type="spellEnd"/>
      <w:r w:rsidR="002F6CD7" w:rsidRPr="00CF0624">
        <w:rPr>
          <w:sz w:val="24"/>
          <w:szCs w:val="24"/>
        </w:rPr>
        <w:t>:</w:t>
      </w:r>
      <w:r w:rsidRPr="00CF0624">
        <w:rPr>
          <w:sz w:val="24"/>
          <w:szCs w:val="24"/>
        </w:rPr>
        <w:t xml:space="preserve"> ________________________________________</w:t>
      </w:r>
    </w:p>
    <w:p w:rsidR="006304E2" w:rsidRPr="00CF0624" w:rsidRDefault="006304E2">
      <w:pPr>
        <w:rPr>
          <w:sz w:val="24"/>
          <w:szCs w:val="24"/>
        </w:rPr>
      </w:pPr>
      <w:r w:rsidRPr="00CF0624">
        <w:rPr>
          <w:sz w:val="24"/>
          <w:szCs w:val="24"/>
        </w:rPr>
        <w:t xml:space="preserve">Nome e </w:t>
      </w:r>
      <w:proofErr w:type="spellStart"/>
      <w:r w:rsidRPr="00CF0624">
        <w:rPr>
          <w:sz w:val="24"/>
          <w:szCs w:val="24"/>
        </w:rPr>
        <w:t>Cognome</w:t>
      </w:r>
      <w:proofErr w:type="spellEnd"/>
      <w:r w:rsidR="002F6CD7" w:rsidRPr="00CF0624">
        <w:rPr>
          <w:sz w:val="24"/>
          <w:szCs w:val="24"/>
        </w:rPr>
        <w:t>:</w:t>
      </w:r>
      <w:r w:rsidRPr="00CF0624">
        <w:rPr>
          <w:sz w:val="24"/>
          <w:szCs w:val="24"/>
        </w:rPr>
        <w:t xml:space="preserve"> ________________________________________</w:t>
      </w:r>
    </w:p>
    <w:p w:rsidR="002B382D" w:rsidRDefault="002B382D">
      <w:pPr>
        <w:pStyle w:val="Titolo2"/>
      </w:pPr>
    </w:p>
    <w:p w:rsidR="002F6CD7" w:rsidRDefault="003372DD">
      <w:pPr>
        <w:pStyle w:val="Titolo2"/>
      </w:pPr>
      <w:r>
        <w:t>NUMERO DI TELEFONO DA CONTATTARE PER COMUNICAZIONI VARIE</w:t>
      </w:r>
    </w:p>
    <w:p w:rsidR="003372DD" w:rsidRDefault="00CF0624" w:rsidP="003372DD">
      <w:pPr>
        <w:ind w:right="-716"/>
      </w:pPr>
      <w:r>
        <w:t>NOME E COGNOME _______________________</w:t>
      </w:r>
      <w:r w:rsidR="002B334B">
        <w:t>___________</w:t>
      </w:r>
      <w:r>
        <w:t xml:space="preserve"> RUOLO __________________________ TELEFONO ____________________</w:t>
      </w:r>
    </w:p>
    <w:p w:rsidR="003372DD" w:rsidRDefault="00CF0624" w:rsidP="003372DD">
      <w:pPr>
        <w:ind w:right="-291"/>
      </w:pPr>
      <w:r>
        <w:t>NOME E COGNOME _______________________</w:t>
      </w:r>
      <w:r w:rsidR="002B334B">
        <w:t>___________</w:t>
      </w:r>
      <w:r>
        <w:t xml:space="preserve"> RUOLO __________________________ TELEFONO ____________________</w:t>
      </w:r>
    </w:p>
    <w:p w:rsidR="002B382D" w:rsidRDefault="002B382D">
      <w:pPr>
        <w:pStyle w:val="Titolo2"/>
      </w:pPr>
    </w:p>
    <w:p w:rsidR="0026368D" w:rsidRDefault="00D926CF">
      <w:pPr>
        <w:pStyle w:val="Titolo2"/>
      </w:pPr>
      <w:r>
        <w:t xml:space="preserve">SEGNALARE </w:t>
      </w:r>
      <w:r w:rsidR="002B334B">
        <w:t xml:space="preserve">EVENTUALI </w:t>
      </w:r>
      <w:r w:rsidR="00367D5F">
        <w:t>ALLERGIE E/O INTOLLERANZE ALIMENTARI:</w:t>
      </w:r>
    </w:p>
    <w:p w:rsidR="0026368D" w:rsidRDefault="00367D5F">
      <w:r>
        <w:t>________________________________________________________</w:t>
      </w:r>
    </w:p>
    <w:p w:rsidR="002B334B" w:rsidRDefault="002B334B">
      <w:r>
        <w:t>__________________________________________________________</w:t>
      </w:r>
    </w:p>
    <w:p w:rsidR="003372DD" w:rsidRDefault="003372DD"/>
    <w:p w:rsidR="003372DD" w:rsidRDefault="003372DD"/>
    <w:p w:rsidR="0026368D" w:rsidRPr="00CF0624" w:rsidRDefault="00367D5F">
      <w:pPr>
        <w:rPr>
          <w:sz w:val="24"/>
          <w:szCs w:val="24"/>
        </w:rPr>
      </w:pPr>
      <w:r w:rsidRPr="00CF0624">
        <w:rPr>
          <w:sz w:val="24"/>
          <w:szCs w:val="24"/>
        </w:rPr>
        <w:t>Data: ___ / ___ / ______</w:t>
      </w:r>
      <w:r w:rsidR="00CF0624">
        <w:rPr>
          <w:sz w:val="24"/>
          <w:szCs w:val="24"/>
        </w:rPr>
        <w:t xml:space="preserve">                    </w:t>
      </w:r>
      <w:r w:rsidR="006304E2" w:rsidRPr="00CF0624">
        <w:rPr>
          <w:sz w:val="24"/>
          <w:szCs w:val="24"/>
        </w:rPr>
        <w:t xml:space="preserve"> </w:t>
      </w:r>
      <w:r w:rsidR="00CF0624">
        <w:rPr>
          <w:sz w:val="24"/>
          <w:szCs w:val="24"/>
        </w:rPr>
        <w:t xml:space="preserve">Firma del </w:t>
      </w:r>
      <w:proofErr w:type="spellStart"/>
      <w:r w:rsidR="00CF0624">
        <w:rPr>
          <w:sz w:val="24"/>
          <w:szCs w:val="24"/>
        </w:rPr>
        <w:t>genitore</w:t>
      </w:r>
      <w:proofErr w:type="spellEnd"/>
      <w:r w:rsidR="00CF0624">
        <w:rPr>
          <w:sz w:val="24"/>
          <w:szCs w:val="24"/>
        </w:rPr>
        <w:t>/</w:t>
      </w:r>
      <w:proofErr w:type="spellStart"/>
      <w:r w:rsidR="00CF0624">
        <w:rPr>
          <w:sz w:val="24"/>
          <w:szCs w:val="24"/>
        </w:rPr>
        <w:t>tutore</w:t>
      </w:r>
      <w:proofErr w:type="spellEnd"/>
      <w:r w:rsidR="00CF0624">
        <w:rPr>
          <w:sz w:val="24"/>
          <w:szCs w:val="24"/>
        </w:rPr>
        <w:t>:</w:t>
      </w:r>
      <w:r w:rsidRPr="00CF0624">
        <w:rPr>
          <w:sz w:val="24"/>
          <w:szCs w:val="24"/>
        </w:rPr>
        <w:t>___________________________</w:t>
      </w:r>
      <w:r w:rsidR="003372DD" w:rsidRPr="00CF0624">
        <w:rPr>
          <w:sz w:val="24"/>
          <w:szCs w:val="24"/>
        </w:rPr>
        <w:t>_</w:t>
      </w:r>
    </w:p>
    <w:sectPr w:rsidR="0026368D" w:rsidRPr="00CF0624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D5F" w:rsidRDefault="00367D5F" w:rsidP="006304E2">
      <w:pPr>
        <w:spacing w:after="0" w:line="240" w:lineRule="auto"/>
      </w:pPr>
      <w:r>
        <w:separator/>
      </w:r>
    </w:p>
  </w:endnote>
  <w:endnote w:type="continuationSeparator" w:id="0">
    <w:p w:rsidR="00367D5F" w:rsidRDefault="00367D5F" w:rsidP="0063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506861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CF0624" w:rsidRDefault="00CF0624">
            <w:pPr>
              <w:pStyle w:val="Pidipagina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728EC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728EC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F0624" w:rsidRDefault="00CF062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D5F" w:rsidRDefault="00367D5F" w:rsidP="006304E2">
      <w:pPr>
        <w:spacing w:after="0" w:line="240" w:lineRule="auto"/>
      </w:pPr>
      <w:r>
        <w:separator/>
      </w:r>
    </w:p>
  </w:footnote>
  <w:footnote w:type="continuationSeparator" w:id="0">
    <w:p w:rsidR="00367D5F" w:rsidRDefault="00367D5F" w:rsidP="00630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E2" w:rsidRDefault="00E728EC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939800</wp:posOffset>
          </wp:positionH>
          <wp:positionV relativeFrom="paragraph">
            <wp:posOffset>-263525</wp:posOffset>
          </wp:positionV>
          <wp:extent cx="965200" cy="962660"/>
          <wp:effectExtent l="19050" t="0" r="6350" b="0"/>
          <wp:wrapTopAndBottom/>
          <wp:docPr id="1" name="Immagine 0" descr="Logo giardino es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iardino estiv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5200" cy="962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2997200</wp:posOffset>
          </wp:positionH>
          <wp:positionV relativeFrom="paragraph">
            <wp:posOffset>-152400</wp:posOffset>
          </wp:positionV>
          <wp:extent cx="1282700" cy="851535"/>
          <wp:effectExtent l="19050" t="0" r="0" b="0"/>
          <wp:wrapTopAndBottom/>
          <wp:docPr id="2" name="Immagine 1" descr="LogoFond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ondazion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2700" cy="851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04E2">
      <w:t xml:space="preserve"> </w:t>
    </w:r>
    <w:r w:rsidR="001D4653">
      <w:tab/>
    </w:r>
    <w:r w:rsidR="001D4653">
      <w:tab/>
    </w:r>
  </w:p>
  <w:p w:rsidR="001D4653" w:rsidRDefault="001D4653">
    <w:pPr>
      <w:pStyle w:val="Intestazione"/>
    </w:pPr>
  </w:p>
  <w:p w:rsidR="001D4653" w:rsidRDefault="001D4653">
    <w:pPr>
      <w:pStyle w:val="Intestazione"/>
    </w:pPr>
  </w:p>
  <w:p w:rsidR="001D4653" w:rsidRDefault="001D4653">
    <w:pPr>
      <w:pStyle w:val="Intestazione"/>
    </w:pPr>
  </w:p>
  <w:p w:rsidR="001D4653" w:rsidRDefault="001D4653">
    <w:pPr>
      <w:pStyle w:val="Intestazione"/>
    </w:pPr>
  </w:p>
  <w:p w:rsidR="001D4653" w:rsidRDefault="001D465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D4653"/>
    <w:rsid w:val="0026368D"/>
    <w:rsid w:val="0029639D"/>
    <w:rsid w:val="002B334B"/>
    <w:rsid w:val="002B382D"/>
    <w:rsid w:val="002F6CD7"/>
    <w:rsid w:val="00326F90"/>
    <w:rsid w:val="003372DD"/>
    <w:rsid w:val="00367D5F"/>
    <w:rsid w:val="005F1905"/>
    <w:rsid w:val="006304E2"/>
    <w:rsid w:val="007A4BE9"/>
    <w:rsid w:val="00AA1D8D"/>
    <w:rsid w:val="00B47730"/>
    <w:rsid w:val="00CB0664"/>
    <w:rsid w:val="00CF0624"/>
    <w:rsid w:val="00D926CF"/>
    <w:rsid w:val="00E728E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4E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304E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337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ffasaz@virgilio.it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113C39-C46D-431F-8826-C99C8ECD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</cp:lastModifiedBy>
  <cp:revision>10</cp:revision>
  <dcterms:created xsi:type="dcterms:W3CDTF">2025-06-15T15:03:00Z</dcterms:created>
  <dcterms:modified xsi:type="dcterms:W3CDTF">2025-06-15T15:29:00Z</dcterms:modified>
</cp:coreProperties>
</file>